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i/>
          <w:sz w:val="20"/>
        </w:rPr>
        <w:t>🌱  A LITTLE SPACE TO PAUSE  🌱</w:t>
      </w:r>
    </w:p>
    <w:p>
      <w:pPr>
        <w:jc w:val="center"/>
      </w:pPr>
      <w:r>
        <w:rPr>
          <w:rFonts w:ascii="Aptos Display" w:hAnsi="Aptos Display"/>
          <w:b/>
          <w:sz w:val="58"/>
        </w:rPr>
        <w:t>The Little Journal Garden</w:t>
      </w:r>
    </w:p>
    <w:p>
      <w:pPr>
        <w:jc w:val="center"/>
      </w:pPr>
      <w:r>
        <w:rPr>
          <w:i w:val="0"/>
          <w:sz w:val="26"/>
        </w:rPr>
        <w:t>30 thoughtful questions to help you slow down,</w:t>
        <w:br/>
        <w:t>check in, and hear yourself a little more clearly.</w:t>
      </w:r>
    </w:p>
    <w:p/>
    <w:p>
      <w:pPr>
        <w:jc w:val="center"/>
      </w:pPr>
      <w:r>
        <w:rPr>
          <w:b/>
          <w:sz w:val="28"/>
        </w:rPr>
        <w:t>Three little places to begin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8F2E8"/>
          </w:tcPr>
          <w:p>
            <w:pPr>
              <w:jc w:val="center"/>
            </w:pPr>
            <w:r>
              <w:rPr>
                <w:b/>
                <w:sz w:val="20"/>
              </w:rPr>
              <w:t>🌱</w:t>
              <w:br/>
              <w:t>CHECK IN</w:t>
            </w:r>
          </w:p>
        </w:tc>
        <w:tc>
          <w:tcPr>
            <w:tcW w:type="dxa" w:w="3312"/>
            <w:shd w:fill="F8EAF0"/>
          </w:tcPr>
          <w:p>
            <w:pPr>
              <w:jc w:val="center"/>
            </w:pPr>
            <w:r>
              <w:rPr>
                <w:b/>
                <w:sz w:val="20"/>
              </w:rPr>
              <w:t>🌸</w:t>
              <w:br/>
              <w:t>GO DEEPER</w:t>
            </w:r>
          </w:p>
        </w:tc>
        <w:tc>
          <w:tcPr>
            <w:tcW w:type="dxa" w:w="3312"/>
            <w:shd w:fill="EEEAF5"/>
          </w:tcPr>
          <w:p>
            <w:pPr>
              <w:jc w:val="center"/>
            </w:pPr>
            <w:r>
              <w:rPr>
                <w:b/>
                <w:sz w:val="20"/>
              </w:rPr>
              <w:t>🌙</w:t>
              <w:br/>
              <w:t>LET IT OUT</w:t>
            </w:r>
          </w:p>
        </w:tc>
      </w:tr>
    </w:tbl>
    <w:p/>
    <w:p>
      <w:pPr>
        <w:jc w:val="center"/>
      </w:pPr>
      <w:r>
        <w:rPr>
          <w:i/>
          <w:sz w:val="22"/>
        </w:rPr>
        <w:t>You don't need to answer all 30.</w:t>
      </w:r>
    </w:p>
    <w:p>
      <w:pPr>
        <w:jc w:val="center"/>
      </w:pPr>
      <w:r>
        <w:rPr>
          <w:i w:val="0"/>
          <w:sz w:val="22"/>
        </w:rPr>
        <w:t>Pick one. Say it out loud. Write it down. Come back tomorrow.</w:t>
      </w:r>
    </w:p>
    <w:p>
      <w:r>
        <w:br w:type="page"/>
      </w:r>
    </w:p>
    <w:p>
      <w:pPr>
        <w:jc w:val="center"/>
      </w:pPr>
      <w:r>
        <w:rPr>
          <w:rFonts w:ascii="Aptos Display" w:hAnsi="Aptos Display"/>
          <w:b/>
          <w:sz w:val="48"/>
        </w:rPr>
        <w:t>🌱 Check In</w:t>
      </w:r>
    </w:p>
    <w:p>
      <w:pPr>
        <w:jc w:val="center"/>
      </w:pPr>
      <w:r>
        <w:rPr>
          <w:i/>
          <w:sz w:val="24"/>
        </w:rPr>
        <w:t>A gentle look at where you are right now.</w:t>
      </w:r>
    </w:p>
    <w:p>
      <w:pPr>
        <w:spacing w:before="120"/>
      </w:pPr>
      <w:r>
        <w:rPr>
          <w:b/>
          <w:sz w:val="22"/>
        </w:rPr>
        <w:t xml:space="preserve">1. </w:t>
      </w:r>
      <w:r>
        <w:rPr>
          <w:sz w:val="22"/>
        </w:rPr>
        <w:t>What am I feeling right now, and where do I notice it in my body?</w:t>
      </w:r>
    </w:p>
    <w:p>
      <w:pPr>
        <w:spacing w:before="120"/>
      </w:pPr>
      <w:r>
        <w:rPr>
          <w:b/>
          <w:sz w:val="22"/>
        </w:rPr>
        <w:t xml:space="preserve">2. </w:t>
      </w:r>
      <w:r>
        <w:rPr>
          <w:sz w:val="22"/>
        </w:rPr>
        <w:t>What has been taking up the most space in my mind lately?</w:t>
      </w:r>
    </w:p>
    <w:p>
      <w:pPr>
        <w:spacing w:before="120"/>
      </w:pPr>
      <w:r>
        <w:rPr>
          <w:b/>
          <w:sz w:val="22"/>
        </w:rPr>
        <w:t xml:space="preserve">3. </w:t>
      </w:r>
      <w:r>
        <w:rPr>
          <w:sz w:val="22"/>
        </w:rPr>
        <w:t>What do I need more of today?</w:t>
      </w:r>
    </w:p>
    <w:p>
      <w:pPr>
        <w:spacing w:before="120"/>
      </w:pPr>
      <w:r>
        <w:rPr>
          <w:b/>
          <w:sz w:val="22"/>
        </w:rPr>
        <w:t xml:space="preserve">4. </w:t>
      </w:r>
      <w:r>
        <w:rPr>
          <w:sz w:val="22"/>
        </w:rPr>
        <w:t>What do I need less of today?</w:t>
      </w:r>
    </w:p>
    <w:p>
      <w:pPr>
        <w:spacing w:before="120"/>
      </w:pPr>
      <w:r>
        <w:rPr>
          <w:b/>
          <w:sz w:val="22"/>
        </w:rPr>
        <w:t xml:space="preserve">5. </w:t>
      </w:r>
      <w:r>
        <w:rPr>
          <w:sz w:val="22"/>
        </w:rPr>
        <w:t>What has my energy felt like lately: full, scattered, heavy, calm, or somewhere in between?</w:t>
      </w:r>
    </w:p>
    <w:p>
      <w:pPr>
        <w:spacing w:before="120"/>
      </w:pPr>
      <w:r>
        <w:rPr>
          <w:b/>
          <w:sz w:val="22"/>
        </w:rPr>
        <w:t xml:space="preserve">6. </w:t>
      </w:r>
      <w:r>
        <w:rPr>
          <w:sz w:val="22"/>
        </w:rPr>
        <w:t>What is one small thing that made today better?</w:t>
      </w:r>
    </w:p>
    <w:p>
      <w:pPr>
        <w:spacing w:before="120"/>
      </w:pPr>
      <w:r>
        <w:rPr>
          <w:b/>
          <w:sz w:val="22"/>
        </w:rPr>
        <w:t xml:space="preserve">7. </w:t>
      </w:r>
      <w:r>
        <w:rPr>
          <w:sz w:val="22"/>
        </w:rPr>
        <w:t>What am I looking forward to, even if it feels small?</w:t>
      </w:r>
    </w:p>
    <w:p>
      <w:pPr>
        <w:spacing w:before="120"/>
      </w:pPr>
      <w:r>
        <w:rPr>
          <w:b/>
          <w:sz w:val="22"/>
        </w:rPr>
        <w:t xml:space="preserve">8. </w:t>
      </w:r>
      <w:r>
        <w:rPr>
          <w:sz w:val="22"/>
        </w:rPr>
        <w:t>What have I been putting off, and what might be behind that?</w:t>
      </w:r>
    </w:p>
    <w:p>
      <w:pPr>
        <w:spacing w:before="120"/>
      </w:pPr>
      <w:r>
        <w:rPr>
          <w:b/>
          <w:sz w:val="22"/>
        </w:rPr>
        <w:t xml:space="preserve">9. </w:t>
      </w:r>
      <w:r>
        <w:rPr>
          <w:sz w:val="22"/>
        </w:rPr>
        <w:t>If I could describe this chapter of my life in three words, what would they be?</w:t>
      </w:r>
    </w:p>
    <w:p>
      <w:pPr>
        <w:spacing w:before="120"/>
      </w:pPr>
      <w:r>
        <w:rPr>
          <w:b/>
          <w:sz w:val="22"/>
        </w:rPr>
        <w:t xml:space="preserve">10. </w:t>
      </w:r>
      <w:r>
        <w:rPr>
          <w:sz w:val="22"/>
        </w:rPr>
        <w:t>What would make today feel a little more like my own?</w:t>
      </w:r>
    </w:p>
    <w:p>
      <w:r>
        <w:br w:type="page"/>
      </w:r>
    </w:p>
    <w:p>
      <w:pPr>
        <w:jc w:val="center"/>
      </w:pPr>
      <w:r>
        <w:rPr>
          <w:rFonts w:ascii="Aptos Display" w:hAnsi="Aptos Display"/>
          <w:b/>
          <w:sz w:val="48"/>
        </w:rPr>
        <w:t>🌸 Go Deeper</w:t>
      </w:r>
    </w:p>
    <w:p>
      <w:pPr>
        <w:jc w:val="center"/>
      </w:pPr>
      <w:r>
        <w:rPr>
          <w:i/>
          <w:sz w:val="24"/>
        </w:rPr>
        <w:t>Follow the thought a little further.</w:t>
      </w:r>
    </w:p>
    <w:p>
      <w:pPr>
        <w:spacing w:before="120"/>
      </w:pPr>
      <w:r>
        <w:rPr>
          <w:b/>
          <w:sz w:val="22"/>
        </w:rPr>
        <w:t xml:space="preserve">1. </w:t>
      </w:r>
      <w:r>
        <w:rPr>
          <w:sz w:val="22"/>
        </w:rPr>
        <w:t>What am I telling myself about this situation?</w:t>
      </w:r>
    </w:p>
    <w:p>
      <w:pPr>
        <w:spacing w:before="120"/>
      </w:pPr>
      <w:r>
        <w:rPr>
          <w:b/>
          <w:sz w:val="22"/>
        </w:rPr>
        <w:t xml:space="preserve">2. </w:t>
      </w:r>
      <w:r>
        <w:rPr>
          <w:sz w:val="22"/>
        </w:rPr>
        <w:t>What do I know for sure, and what am I only assuming?</w:t>
      </w:r>
    </w:p>
    <w:p>
      <w:pPr>
        <w:spacing w:before="120"/>
      </w:pPr>
      <w:r>
        <w:rPr>
          <w:b/>
          <w:sz w:val="22"/>
        </w:rPr>
        <w:t xml:space="preserve">3. </w:t>
      </w:r>
      <w:r>
        <w:rPr>
          <w:sz w:val="22"/>
        </w:rPr>
        <w:t>What am I afraid might happen?</w:t>
      </w:r>
    </w:p>
    <w:p>
      <w:pPr>
        <w:spacing w:before="120"/>
      </w:pPr>
      <w:r>
        <w:rPr>
          <w:b/>
          <w:sz w:val="22"/>
        </w:rPr>
        <w:t xml:space="preserve">4. </w:t>
      </w:r>
      <w:r>
        <w:rPr>
          <w:sz w:val="22"/>
        </w:rPr>
        <w:t>What do I wish someone understood about me right now?</w:t>
      </w:r>
    </w:p>
    <w:p>
      <w:pPr>
        <w:spacing w:before="120"/>
      </w:pPr>
      <w:r>
        <w:rPr>
          <w:b/>
          <w:sz w:val="22"/>
        </w:rPr>
        <w:t xml:space="preserve">5. </w:t>
      </w:r>
      <w:r>
        <w:rPr>
          <w:sz w:val="22"/>
        </w:rPr>
        <w:t>What have I been pretending doesn't bother me?</w:t>
      </w:r>
    </w:p>
    <w:p>
      <w:pPr>
        <w:spacing w:before="120"/>
      </w:pPr>
      <w:r>
        <w:rPr>
          <w:b/>
          <w:sz w:val="22"/>
        </w:rPr>
        <w:t xml:space="preserve">6. </w:t>
      </w:r>
      <w:r>
        <w:rPr>
          <w:sz w:val="22"/>
        </w:rPr>
        <w:t>Where in my life do I feel most like myself?</w:t>
      </w:r>
    </w:p>
    <w:p>
      <w:pPr>
        <w:spacing w:before="120"/>
      </w:pPr>
      <w:r>
        <w:rPr>
          <w:b/>
          <w:sz w:val="22"/>
        </w:rPr>
        <w:t xml:space="preserve">7. </w:t>
      </w:r>
      <w:r>
        <w:rPr>
          <w:sz w:val="22"/>
        </w:rPr>
        <w:t>What keeps showing up in my thoughts that might deserve my attention?</w:t>
      </w:r>
    </w:p>
    <w:p>
      <w:pPr>
        <w:spacing w:before="120"/>
      </w:pPr>
      <w:r>
        <w:rPr>
          <w:b/>
          <w:sz w:val="22"/>
        </w:rPr>
        <w:t xml:space="preserve">8. </w:t>
      </w:r>
      <w:r>
        <w:rPr>
          <w:sz w:val="22"/>
        </w:rPr>
        <w:t>What is something I want, even if I haven't admitted it out loud?</w:t>
      </w:r>
    </w:p>
    <w:p>
      <w:pPr>
        <w:spacing w:before="120"/>
      </w:pPr>
      <w:r>
        <w:rPr>
          <w:b/>
          <w:sz w:val="22"/>
        </w:rPr>
        <w:t xml:space="preserve">9. </w:t>
      </w:r>
      <w:r>
        <w:rPr>
          <w:sz w:val="22"/>
        </w:rPr>
        <w:t>What boundary would make my life feel lighter?</w:t>
      </w:r>
    </w:p>
    <w:p>
      <w:pPr>
        <w:spacing w:before="120"/>
      </w:pPr>
      <w:r>
        <w:rPr>
          <w:b/>
          <w:sz w:val="22"/>
        </w:rPr>
        <w:t xml:space="preserve">10. </w:t>
      </w:r>
      <w:r>
        <w:rPr>
          <w:sz w:val="22"/>
        </w:rPr>
        <w:t>If I trusted myself a little more, what would I do differently?</w:t>
      </w:r>
    </w:p>
    <w:p>
      <w:r>
        <w:br w:type="page"/>
      </w:r>
    </w:p>
    <w:p>
      <w:pPr>
        <w:jc w:val="center"/>
      </w:pPr>
      <w:r>
        <w:rPr>
          <w:rFonts w:ascii="Aptos Display" w:hAnsi="Aptos Display"/>
          <w:b/>
          <w:sz w:val="48"/>
        </w:rPr>
        <w:t>🌙 Let It Out</w:t>
      </w:r>
    </w:p>
    <w:p>
      <w:pPr>
        <w:jc w:val="center"/>
      </w:pPr>
      <w:r>
        <w:rPr>
          <w:i/>
          <w:sz w:val="24"/>
        </w:rPr>
        <w:t>You don't have to make it neat. Just let it exist.</w:t>
      </w:r>
    </w:p>
    <w:p>
      <w:pPr>
        <w:spacing w:before="120"/>
      </w:pPr>
      <w:r>
        <w:rPr>
          <w:b/>
          <w:sz w:val="22"/>
        </w:rPr>
        <w:t xml:space="preserve">1. </w:t>
      </w:r>
      <w:r>
        <w:rPr>
          <w:sz w:val="22"/>
        </w:rPr>
        <w:t>What do I wish I could say without worrying about how it would be received?</w:t>
      </w:r>
    </w:p>
    <w:p>
      <w:pPr>
        <w:spacing w:before="120"/>
      </w:pPr>
      <w:r>
        <w:rPr>
          <w:b/>
          <w:sz w:val="22"/>
        </w:rPr>
        <w:t xml:space="preserve">2. </w:t>
      </w:r>
      <w:r>
        <w:rPr>
          <w:sz w:val="22"/>
        </w:rPr>
        <w:t>What am I carrying that isn't really mine to carry?</w:t>
      </w:r>
    </w:p>
    <w:p>
      <w:pPr>
        <w:spacing w:before="120"/>
      </w:pPr>
      <w:r>
        <w:rPr>
          <w:b/>
          <w:sz w:val="22"/>
        </w:rPr>
        <w:t xml:space="preserve">3. </w:t>
      </w:r>
      <w:r>
        <w:rPr>
          <w:sz w:val="22"/>
        </w:rPr>
        <w:t>What am I angry about?</w:t>
      </w:r>
    </w:p>
    <w:p>
      <w:pPr>
        <w:spacing w:before="120"/>
      </w:pPr>
      <w:r>
        <w:rPr>
          <w:b/>
          <w:sz w:val="22"/>
        </w:rPr>
        <w:t xml:space="preserve">4. </w:t>
      </w:r>
      <w:r>
        <w:rPr>
          <w:sz w:val="22"/>
        </w:rPr>
        <w:t>What am I disappointed about?</w:t>
      </w:r>
    </w:p>
    <w:p>
      <w:pPr>
        <w:spacing w:before="120"/>
      </w:pPr>
      <w:r>
        <w:rPr>
          <w:b/>
          <w:sz w:val="22"/>
        </w:rPr>
        <w:t xml:space="preserve">5. </w:t>
      </w:r>
      <w:r>
        <w:rPr>
          <w:sz w:val="22"/>
        </w:rPr>
        <w:t>What am I tired of explaining?</w:t>
      </w:r>
    </w:p>
    <w:p>
      <w:pPr>
        <w:spacing w:before="120"/>
      </w:pPr>
      <w:r>
        <w:rPr>
          <w:b/>
          <w:sz w:val="22"/>
        </w:rPr>
        <w:t xml:space="preserve">6. </w:t>
      </w:r>
      <w:r>
        <w:rPr>
          <w:sz w:val="22"/>
        </w:rPr>
        <w:t>What do I need to forgive myself for?</w:t>
      </w:r>
    </w:p>
    <w:p>
      <w:pPr>
        <w:spacing w:before="120"/>
      </w:pPr>
      <w:r>
        <w:rPr>
          <w:b/>
          <w:sz w:val="22"/>
        </w:rPr>
        <w:t xml:space="preserve">7. </w:t>
      </w:r>
      <w:r>
        <w:rPr>
          <w:sz w:val="22"/>
        </w:rPr>
        <w:t>What am I ready to stop chasing?</w:t>
      </w:r>
    </w:p>
    <w:p>
      <w:pPr>
        <w:spacing w:before="120"/>
      </w:pPr>
      <w:r>
        <w:rPr>
          <w:b/>
          <w:sz w:val="22"/>
        </w:rPr>
        <w:t xml:space="preserve">8. </w:t>
      </w:r>
      <w:r>
        <w:rPr>
          <w:sz w:val="22"/>
        </w:rPr>
        <w:t>What would I like to leave behind in this chapter?</w:t>
      </w:r>
    </w:p>
    <w:p>
      <w:pPr>
        <w:spacing w:before="120"/>
      </w:pPr>
      <w:r>
        <w:rPr>
          <w:b/>
          <w:sz w:val="22"/>
        </w:rPr>
        <w:t xml:space="preserve">9. </w:t>
      </w:r>
      <w:r>
        <w:rPr>
          <w:sz w:val="22"/>
        </w:rPr>
        <w:t>What would I say to myself on the hardest day I've had lately?</w:t>
      </w:r>
    </w:p>
    <w:p>
      <w:pPr>
        <w:spacing w:before="120"/>
      </w:pPr>
      <w:r>
        <w:rPr>
          <w:b/>
          <w:sz w:val="22"/>
        </w:rPr>
        <w:t xml:space="preserve">10. </w:t>
      </w:r>
      <w:r>
        <w:rPr>
          <w:sz w:val="22"/>
        </w:rPr>
        <w:t>After saying all of this, what do I want to remember?</w:t>
      </w:r>
    </w:p>
    <w:p>
      <w:r>
        <w:br w:type="page"/>
      </w:r>
    </w:p>
    <w:p>
      <w:pPr>
        <w:jc w:val="center"/>
      </w:pPr>
      <w:r>
        <w:rPr>
          <w:i w:val="0"/>
          <w:sz w:val="48"/>
        </w:rPr>
        <w:t>🌿</w:t>
      </w:r>
    </w:p>
    <w:p>
      <w:pPr>
        <w:jc w:val="center"/>
      </w:pPr>
      <w:r>
        <w:rPr>
          <w:rFonts w:ascii="Aptos Display" w:hAnsi="Aptos Display"/>
          <w:b/>
          <w:sz w:val="44"/>
        </w:rPr>
        <w:t>You made a little room for yourself.</w:t>
      </w:r>
    </w:p>
    <w:p>
      <w:pPr>
        <w:jc w:val="center"/>
      </w:pPr>
      <w:r>
        <w:rPr>
          <w:i/>
          <w:sz w:val="26"/>
        </w:rPr>
        <w:t>That's enough for today.</w:t>
      </w:r>
    </w:p>
    <w:p/>
    <w:p>
      <w:pPr>
        <w:jc w:val="center"/>
      </w:pPr>
      <w:r>
        <w:rPr>
          <w:i w:val="0"/>
          <w:sz w:val="22"/>
        </w:rPr>
        <w:t>And if writing isn't your thing…</w:t>
      </w:r>
    </w:p>
    <w:p>
      <w:pPr>
        <w:jc w:val="center"/>
      </w:pPr>
      <w:r>
        <w:rPr>
          <w:i w:val="0"/>
          <w:sz w:val="24"/>
        </w:rPr>
        <w:t>try answering one of these questions with your voice.</w:t>
      </w:r>
    </w:p>
    <w:p/>
    <w:p>
      <w:pPr>
        <w:jc w:val="center"/>
      </w:pPr>
      <w:r>
        <w:rPr>
          <w:b/>
          <w:sz w:val="28"/>
        </w:rPr>
        <w:t>🎙️  Open your voice journal</w:t>
      </w:r>
    </w:p>
    <w:p>
      <w:pPr>
        <w:jc w:val="center"/>
      </w:pPr>
      <w:r>
        <w:rPr>
          <w:i/>
          <w:sz w:val="20"/>
        </w:rPr>
        <w:t>Say it messy. Say it honestly. You can always come back to it.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The Little Journal Garden  ·  A free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